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A430B" w14:textId="77777777" w:rsidR="00866DD4" w:rsidRP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Concepción, ___ de __________ </w:t>
      </w:r>
      <w:proofErr w:type="spellStart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de</w:t>
      </w:r>
      <w:proofErr w:type="spellEnd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20__</w:t>
      </w:r>
    </w:p>
    <w:p w14:paraId="286AFA21" w14:textId="77777777" w:rsidR="00866DD4" w:rsidRP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 </w:t>
      </w:r>
    </w:p>
    <w:p w14:paraId="6C6AF683" w14:textId="7C6AA897" w:rsidR="00866DD4" w:rsidRP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</w:r>
      <w:r w:rsidRPr="00A168D5">
        <w:rPr>
          <w:rFonts w:asciiTheme="majorHAnsi" w:eastAsiaTheme="majorEastAsia" w:hAnsiTheme="majorHAnsi" w:cstheme="majorHAnsi"/>
          <w:b/>
          <w:bCs/>
          <w:sz w:val="24"/>
          <w:szCs w:val="24"/>
          <w:lang w:val="es-MX"/>
        </w:rPr>
        <w:t>Comité de Ética, Bioética y Bioseguridad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  <w:t>Vicerrectoría de Investigación y Desarrollo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</w:r>
      <w:r w:rsidR="00A168D5">
        <w:rPr>
          <w:rFonts w:asciiTheme="majorHAnsi" w:eastAsiaTheme="majorEastAsia" w:hAnsiTheme="majorHAnsi" w:cstheme="majorHAnsi"/>
          <w:sz w:val="24"/>
          <w:szCs w:val="24"/>
          <w:u w:val="single"/>
          <w:lang w:val="es-MX"/>
        </w:rPr>
        <w:t>Universidad de Concepción</w:t>
      </w:r>
      <w:r w:rsidRPr="00866DD4">
        <w:rPr>
          <w:rFonts w:asciiTheme="majorHAnsi" w:eastAsiaTheme="majorEastAsia" w:hAnsiTheme="majorHAnsi" w:cstheme="majorHAnsi"/>
          <w:sz w:val="24"/>
          <w:szCs w:val="24"/>
          <w:u w:val="single"/>
          <w:lang w:val="es-MX"/>
        </w:rPr>
        <w:t xml:space="preserve">. - </w:t>
      </w:r>
    </w:p>
    <w:p w14:paraId="2B0A84A7" w14:textId="5E7FF3BA" w:rsidR="00866DD4" w:rsidRP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</w:r>
    </w:p>
    <w:p w14:paraId="4D8FCB24" w14:textId="3E7FE19B" w:rsidR="00866DD4" w:rsidRPr="00866DD4" w:rsidRDefault="00A168D5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>
        <w:rPr>
          <w:rFonts w:asciiTheme="majorHAnsi" w:eastAsiaTheme="majorEastAsia" w:hAnsiTheme="majorHAnsi" w:cstheme="majorHAnsi"/>
          <w:sz w:val="24"/>
          <w:szCs w:val="24"/>
          <w:lang w:val="es-MX"/>
        </w:rPr>
        <w:t>Estimados/as Integrantes del Comité</w:t>
      </w:r>
      <w:r w:rsidR="00866DD4"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,</w:t>
      </w:r>
    </w:p>
    <w:p w14:paraId="20710111" w14:textId="77777777" w:rsidR="00866DD4" w:rsidRP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 </w:t>
      </w:r>
    </w:p>
    <w:p w14:paraId="2A42AC9D" w14:textId="373978E7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Junto con saludar cordialmente, por medio de la presente autorizo y respaldo la ejecución del proyecto de investigación titulado “</w:t>
      </w:r>
      <w:r w:rsidRPr="00866DD4">
        <w:rPr>
          <w:rFonts w:asciiTheme="majorHAnsi" w:eastAsiaTheme="majorEastAsia" w:hAnsiTheme="majorHAnsi" w:cstheme="majorHAnsi"/>
          <w:i/>
          <w:iCs/>
          <w:sz w:val="24"/>
          <w:szCs w:val="24"/>
          <w:lang w:val="es-MX"/>
        </w:rPr>
        <w:t>Especificar Título del Proyecto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”, Proyecto </w:t>
      </w:r>
      <w:proofErr w:type="spellStart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Nº</w:t>
      </w:r>
      <w:proofErr w:type="spellEnd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00000000, con financiamiento </w:t>
      </w:r>
      <w:proofErr w:type="spellStart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xxxxxxx</w:t>
      </w:r>
      <w:proofErr w:type="spellEnd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/autofinanciado, cuyo/a Investigador/a </w:t>
      </w:r>
      <w:proofErr w:type="gramStart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Responsable</w:t>
      </w:r>
      <w:proofErr w:type="gramEnd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es __________________________, adscrito/a esta Facultad/Unidad.</w:t>
      </w:r>
    </w:p>
    <w:p w14:paraId="5AE4C8CB" w14:textId="77777777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 </w:t>
      </w:r>
    </w:p>
    <w:p w14:paraId="15F7F1B6" w14:textId="5B11FB48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Se deja constancia de que el proyecto será desarrollado en dependencias del Departamento de __________________________, Facultad de __________________________, específicamente en [laboratorio, unidad o dependencia], las cuales cuentan con la infraestructura, equipamiento</w:t>
      </w:r>
      <w:r w:rsidR="00A168D5">
        <w:rPr>
          <w:rFonts w:asciiTheme="majorHAnsi" w:eastAsiaTheme="majorEastAsia" w:hAnsiTheme="majorHAnsi" w:cstheme="majorHAnsi"/>
          <w:sz w:val="24"/>
          <w:szCs w:val="24"/>
          <w:lang w:val="es-MX"/>
        </w:rPr>
        <w:t>, personal capacitado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y condiciones necesarias para su adecuada ejecución.</w:t>
      </w:r>
    </w:p>
    <w:p w14:paraId="64007E0D" w14:textId="77777777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 </w:t>
      </w:r>
    </w:p>
    <w:p w14:paraId="01F095A3" w14:textId="77777777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Asimismo, se señala que la Facultad conoce y respalda las actividades de investigación propuestas, comprometiéndose a facilitar los espacios y condiciones institucionales necesarias para su desarrollo, de conformidad con la normativa vigente de la Universidad de Concepción.</w:t>
      </w:r>
    </w:p>
    <w:p w14:paraId="05A94AB0" w14:textId="77777777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 </w:t>
      </w:r>
    </w:p>
    <w:p w14:paraId="4AA2E575" w14:textId="75524CFA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La presente autorización se extiende exclusivamente para efectos de la evaluación y tramitación del proyecto ante el Comité de Ética, Bioética y Bioseguridad</w:t>
      </w:r>
      <w:r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de la 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Vicerrectoría de Investigación y Desarrollo</w:t>
      </w:r>
      <w:r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de la Universidad de </w:t>
      </w:r>
      <w:proofErr w:type="gramStart"/>
      <w:r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Concepción 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(</w:t>
      </w:r>
      <w:proofErr w:type="gramEnd"/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CEBB</w:t>
      </w:r>
      <w:r>
        <w:rPr>
          <w:rFonts w:asciiTheme="majorHAnsi" w:eastAsiaTheme="majorEastAsia" w:hAnsiTheme="majorHAnsi" w:cstheme="majorHAnsi"/>
          <w:sz w:val="24"/>
          <w:szCs w:val="24"/>
          <w:lang w:val="es-MX"/>
        </w:rPr>
        <w:t xml:space="preserve"> VRID-UDEC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).</w:t>
      </w:r>
    </w:p>
    <w:p w14:paraId="664987B8" w14:textId="77777777" w:rsidR="00866DD4" w:rsidRPr="00866DD4" w:rsidRDefault="00866DD4" w:rsidP="00866DD4">
      <w:pPr>
        <w:spacing w:after="0" w:line="240" w:lineRule="auto"/>
        <w:jc w:val="both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 </w:t>
      </w:r>
    </w:p>
    <w:p w14:paraId="2DE880AD" w14:textId="77777777" w:rsid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Sin otro particular, le saluda atentamente,</w:t>
      </w:r>
    </w:p>
    <w:p w14:paraId="0F0B703E" w14:textId="77777777" w:rsidR="00866DD4" w:rsidRPr="00866DD4" w:rsidRDefault="00866DD4" w:rsidP="00866DD4">
      <w:pPr>
        <w:spacing w:after="0" w:line="240" w:lineRule="auto"/>
        <w:rPr>
          <w:rFonts w:asciiTheme="majorHAnsi" w:eastAsiaTheme="majorEastAsia" w:hAnsiTheme="majorHAnsi" w:cstheme="majorHAnsi"/>
          <w:sz w:val="24"/>
          <w:szCs w:val="24"/>
          <w:lang w:val="es-MX"/>
        </w:rPr>
      </w:pPr>
    </w:p>
    <w:p w14:paraId="192F6766" w14:textId="068E9181" w:rsidR="001F7585" w:rsidRPr="00866DD4" w:rsidRDefault="00866DD4" w:rsidP="00866DD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MX"/>
        </w:rPr>
      </w:pP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t>__________________________________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  <w:t>Nombre del/de la Decano/a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  <w:t>Decano/a Facultad de __________________</w:t>
      </w:r>
      <w:r w:rsidRPr="00866DD4">
        <w:rPr>
          <w:rFonts w:asciiTheme="majorHAnsi" w:eastAsiaTheme="majorEastAsia" w:hAnsiTheme="majorHAnsi" w:cstheme="majorHAnsi"/>
          <w:sz w:val="24"/>
          <w:szCs w:val="24"/>
          <w:lang w:val="es-MX"/>
        </w:rPr>
        <w:br/>
        <w:t>Universidad de Concepción</w:t>
      </w:r>
    </w:p>
    <w:sectPr w:rsidR="001F7585" w:rsidRPr="00866DD4" w:rsidSect="001E6A9A">
      <w:headerReference w:type="default" r:id="rId8"/>
      <w:footerReference w:type="default" r:id="rId9"/>
      <w:pgSz w:w="12240" w:h="15840"/>
      <w:pgMar w:top="2127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11150" w14:textId="77777777" w:rsidR="008D7ED0" w:rsidRDefault="008D7ED0" w:rsidP="00BC0B38">
      <w:pPr>
        <w:spacing w:after="0" w:line="240" w:lineRule="auto"/>
      </w:pPr>
      <w:r>
        <w:separator/>
      </w:r>
    </w:p>
  </w:endnote>
  <w:endnote w:type="continuationSeparator" w:id="0">
    <w:p w14:paraId="492F2625" w14:textId="77777777" w:rsidR="008D7ED0" w:rsidRDefault="008D7ED0" w:rsidP="00BC0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0A31B" w14:textId="54E71793" w:rsidR="003617F4" w:rsidRDefault="002471E9">
    <w:pPr>
      <w:pStyle w:val="Piedepgin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080435C" wp14:editId="706816B4">
          <wp:simplePos x="0" y="0"/>
          <wp:positionH relativeFrom="margin">
            <wp:posOffset>2066925</wp:posOffset>
          </wp:positionH>
          <wp:positionV relativeFrom="margin">
            <wp:posOffset>7783830</wp:posOffset>
          </wp:positionV>
          <wp:extent cx="1352550" cy="400050"/>
          <wp:effectExtent l="0" t="0" r="0" b="0"/>
          <wp:wrapSquare wrapText="bothSides"/>
          <wp:docPr id="546118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11853" name="Imagen 54611853"/>
                  <pic:cNvPicPr/>
                </pic:nvPicPr>
                <pic:blipFill rotWithShape="1">
                  <a:blip r:embed="rId1"/>
                  <a:srcRect l="49238" r="3833" b="71823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E0B32" w14:textId="77777777" w:rsidR="008D7ED0" w:rsidRDefault="008D7ED0" w:rsidP="00BC0B38">
      <w:pPr>
        <w:spacing w:after="0" w:line="240" w:lineRule="auto"/>
      </w:pPr>
      <w:r>
        <w:separator/>
      </w:r>
    </w:p>
  </w:footnote>
  <w:footnote w:type="continuationSeparator" w:id="0">
    <w:p w14:paraId="2C75AAD5" w14:textId="77777777" w:rsidR="008D7ED0" w:rsidRDefault="008D7ED0" w:rsidP="00BC0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42BF" w14:textId="2F3C4567" w:rsidR="001E6A9A" w:rsidRDefault="00A168D5" w:rsidP="001E6A9A">
    <w:pPr>
      <w:pStyle w:val="Encabezado"/>
    </w:pPr>
    <w:r>
      <w:rPr>
        <w:noProof/>
      </w:rPr>
      <w:drawing>
        <wp:inline distT="0" distB="0" distL="0" distR="0" wp14:anchorId="363F49B3" wp14:editId="04A0DFB1">
          <wp:extent cx="1447800" cy="488609"/>
          <wp:effectExtent l="0" t="0" r="0" b="6985"/>
          <wp:docPr id="5791887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188721" name="Imagen 579188721"/>
                  <pic:cNvPicPr/>
                </pic:nvPicPr>
                <pic:blipFill rotWithShape="1">
                  <a:blip r:embed="rId1"/>
                  <a:srcRect l="16152" t="30254" r="15801" b="28887"/>
                  <a:stretch>
                    <a:fillRect/>
                  </a:stretch>
                </pic:blipFill>
                <pic:spPr bwMode="auto">
                  <a:xfrm>
                    <a:off x="0" y="0"/>
                    <a:ext cx="1476293" cy="498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D15577" w14:textId="77777777" w:rsidR="00BC0B38" w:rsidRPr="001E6A9A" w:rsidRDefault="00BC0B38" w:rsidP="001E6A9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5561101">
    <w:abstractNumId w:val="8"/>
  </w:num>
  <w:num w:numId="2" w16cid:durableId="1492016765">
    <w:abstractNumId w:val="6"/>
  </w:num>
  <w:num w:numId="3" w16cid:durableId="97875866">
    <w:abstractNumId w:val="5"/>
  </w:num>
  <w:num w:numId="4" w16cid:durableId="989288912">
    <w:abstractNumId w:val="4"/>
  </w:num>
  <w:num w:numId="5" w16cid:durableId="1167130664">
    <w:abstractNumId w:val="7"/>
  </w:num>
  <w:num w:numId="6" w16cid:durableId="48766776">
    <w:abstractNumId w:val="3"/>
  </w:num>
  <w:num w:numId="7" w16cid:durableId="1831018282">
    <w:abstractNumId w:val="2"/>
  </w:num>
  <w:num w:numId="8" w16cid:durableId="272904376">
    <w:abstractNumId w:val="1"/>
  </w:num>
  <w:num w:numId="9" w16cid:durableId="16806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2D1"/>
    <w:rsid w:val="00034616"/>
    <w:rsid w:val="0006063C"/>
    <w:rsid w:val="0015074B"/>
    <w:rsid w:val="001642E0"/>
    <w:rsid w:val="001B515E"/>
    <w:rsid w:val="001E4780"/>
    <w:rsid w:val="001E6A9A"/>
    <w:rsid w:val="001F7585"/>
    <w:rsid w:val="0021376C"/>
    <w:rsid w:val="002471E9"/>
    <w:rsid w:val="002646B9"/>
    <w:rsid w:val="0029639D"/>
    <w:rsid w:val="00326F90"/>
    <w:rsid w:val="00355784"/>
    <w:rsid w:val="003617F4"/>
    <w:rsid w:val="003D7352"/>
    <w:rsid w:val="00403DD9"/>
    <w:rsid w:val="004208EC"/>
    <w:rsid w:val="00430DC5"/>
    <w:rsid w:val="004B7AE9"/>
    <w:rsid w:val="004C416A"/>
    <w:rsid w:val="00524627"/>
    <w:rsid w:val="005D705E"/>
    <w:rsid w:val="005F76A5"/>
    <w:rsid w:val="0067272C"/>
    <w:rsid w:val="00680B04"/>
    <w:rsid w:val="006862E6"/>
    <w:rsid w:val="006931D4"/>
    <w:rsid w:val="00693CAB"/>
    <w:rsid w:val="006C31E6"/>
    <w:rsid w:val="006E3C03"/>
    <w:rsid w:val="007117B4"/>
    <w:rsid w:val="00723897"/>
    <w:rsid w:val="007900C5"/>
    <w:rsid w:val="007A771C"/>
    <w:rsid w:val="007F4B1C"/>
    <w:rsid w:val="00842591"/>
    <w:rsid w:val="00866DD4"/>
    <w:rsid w:val="0087636B"/>
    <w:rsid w:val="008D7ED0"/>
    <w:rsid w:val="008F4501"/>
    <w:rsid w:val="00903138"/>
    <w:rsid w:val="009866C7"/>
    <w:rsid w:val="00A168D5"/>
    <w:rsid w:val="00A458A1"/>
    <w:rsid w:val="00A4629F"/>
    <w:rsid w:val="00A50DE1"/>
    <w:rsid w:val="00A6380E"/>
    <w:rsid w:val="00AA1D8D"/>
    <w:rsid w:val="00B17CC5"/>
    <w:rsid w:val="00B47730"/>
    <w:rsid w:val="00BC0B38"/>
    <w:rsid w:val="00CB0664"/>
    <w:rsid w:val="00DF7379"/>
    <w:rsid w:val="00E05813"/>
    <w:rsid w:val="00E449FA"/>
    <w:rsid w:val="00F12E69"/>
    <w:rsid w:val="00F2542F"/>
    <w:rsid w:val="00F31597"/>
    <w:rsid w:val="00F61236"/>
    <w:rsid w:val="00FC09FA"/>
    <w:rsid w:val="00FC693F"/>
    <w:rsid w:val="00FF255A"/>
    <w:rsid w:val="259AF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39A904"/>
  <w14:defaultImageDpi w14:val="330"/>
  <w15:docId w15:val="{CCAC5AA8-2B80-489C-9FCF-740054DC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4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1341</Characters>
  <Application>Microsoft Office Word</Application>
  <DocSecurity>0</DocSecurity>
  <Lines>11</Lines>
  <Paragraphs>3</Paragraphs>
  <ScaleCrop>false</ScaleCrop>
  <Manager/>
  <Company/>
  <LinksUpToDate>false</LinksUpToDate>
  <CharactersWithSpaces>1581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Rodrigo Javier Yáñez Gallardo</cp:lastModifiedBy>
  <cp:revision>2</cp:revision>
  <cp:lastPrinted>2025-09-25T12:38:00Z</cp:lastPrinted>
  <dcterms:created xsi:type="dcterms:W3CDTF">2026-07-22T15:47:00Z</dcterms:created>
  <dcterms:modified xsi:type="dcterms:W3CDTF">2026-07-22T15:47:00Z</dcterms:modified>
  <cp:category/>
</cp:coreProperties>
</file>